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משימה - יסודי (לשון)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פועל ושם תואר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יחיד/רבים, זכר/נקבה וזמני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נרדפות והפכים וליישם כרטיס משימה על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שם עצם, פועל ושם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הוא ילך לבית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ההגדרה של פועל, לא של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שם התואר 'גדול' מתאר את השם עצם 'כלב'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צורת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מילים הפוכות הן מילים עם משמעות מנוגדת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עתיד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לסוג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(שם עצם ברבים)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(שם תואר בנקבה)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כתיבת תעודת זהות לדמות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דמות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כתבו את שם הדמות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תארו איך הדמות נראית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כתבו 3 תכונות של הדמות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כתבו מה הדמות הכי רוצה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מלאה עם שם, תיאור חיצוני, 3 תכונות ומשאלה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ניחוש סביר ואז פירוש מדויק של המילה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מילים מהסוגים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נרדפת: זעיר/קטנטן, הפוכה: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יחיד - דבר אחד, רבים - יותר מאחד,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כל תרגיל לטקסט קצר שנלמד בכיתה כדי להמחיש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להוריד את הפריטים המסומנים כקשים (skip_n)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לפני הכתיבה, במיוחד את זיהוי שם עצם מול פועל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משימה - יסודי (לשון)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מושגי הלשון שמופיעים בחפיסת כרטיסי המשימה ליסודי: שם עצם, פועל, שם תואר, יחיד ורבים, זכר ונקבה, זמני הפועל, מילים נרדפות והפכים. אפשר להיעזר בכל טקסט קצר שקראתם בכיתה.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שם עצם, פועל ושם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מהמילים הבאות היא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מהמילים היא 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מהמילים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מהצורות הבאות היא רבים?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מהמילים הבאות היא בלשון נקבה?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באיזה משפט הפועל כתוב בזמן עתיד?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הלך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הולך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ילך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הולך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הוא מילה שמתארת 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מוסיף מידע על שם עצם, למשל: כלב גדול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'ילדים' היא בצורת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הפוכות הן מילים שיש להן אותה משמעות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הפועל 'הלך' בזמן הווה הוא: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הפועל 'אוכל' בזמן עבר הוא: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נרדפת למילה 'שמח' היא: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מילה הפוכה למילה 'גדול' היא: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הפועל 'יכתוב' הוא בזמן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לסוג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תואר בנקבה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גדולה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עצם ברבים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כתיבת תעודת זהות לדמות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שם הדמות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דמות מהטקסט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מה הדמות הכי רוצה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תארו איך הדמות נראית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3 תכונות של הדמות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תעודת זהות לדמות מטקסט שקראתם לאחרונה: שם, איך היא נראית, 3 תכונות, ומה היא הכי רוצה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מילה אחת מהטקסט שלא הכרתם. נחשו מה פירושה לפי המשפט, ואחר כך בדקו ורשמו את הפירוש הנכון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עצם, לפועל ולשם תואר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נרדפת ומילה הפוכה למילה 'קטן'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יחיד לרבים?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משימה - יסודי (לשון)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