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משימה - יסודי (לשון)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פועל ושם תואר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יחיד/רבים, זכר/נקבה וזמני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נרדפות והפכים וליישם כרטיס משימה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שם עצם, פועל ושם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הוא ילך לבית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ההגדרה של פועל, לא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שם התואר 'גדול' מתאר את השם עצם 'כלב'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צורת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הפוכות הן מילים עם משמעות מנוגדת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 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תואר בנקבה)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תעודת זהות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דמות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תארו איך הדמות נראית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3 תכונות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מה הדמות הכי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עם שם, תיאור חיצוני, 3 תכונות ומשאלה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ניחוש סביר ואז פירוש מדויק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מילים מהסוגים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נרדפת: זעיר/קטנטן, הפוכה: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 - דבר אחד, רבים - יותר מאחד,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תרגיל לטקסט קצר שנלמד בכיתה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להוריד את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את זיהוי שם עצם מול 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משימה - יסודי (לשון)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מילים: שם עצם, פועל, שם תואר. נלמד גם יחיד ורבים, זכר ונקבה, ועבר-הווה-עתיד.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מקום, כמו: ילד, שולחן,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פעולה, כמו: רץ, אכל, יכתוב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כמו: גדול, יפה, מהיר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 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- דבר אחד, רבים - כמה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דקדוקי של מילה, כמו ילד (זכר) וילדה (נקבה)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אחרת עם משמעות דומה,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עם משמעות הפוכה,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זמני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עבר, הווה ועתיד - מתי קרתה הפעולה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שם עצם, פועל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מציינת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מציינת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משפט מדובר על מה שיקרה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הולך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ילך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מוסיף מידע על שם עצם, למשל: כלב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בצורת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הפוכות הן מילים שיש להן אותה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'הלך' בזמן הווה הוא: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'אוכל' בזמן עבר הוא: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'שמח'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הפוכה למילה 'גדול' היא: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הפועל 'יכתוב' הוא בזמן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 ברבים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תעודת זהות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תארו איך הדמות נראית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דמות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מה הדמות הכי רוצה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3 תכונות של הדמות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תעודת זהות לדמות מטקסט שקראתם לאחרונה: שם, איך היא נראית, 3 תכונות, ומה היא הכי רוצה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מהטקסט שלא הכרתם. נחשו מה פירושה לפי המשפט, ואחר כך בדקו ורשמו את הפירוש הנכון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עצם, לפועל ולשם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ומילה הפוכה למילה 'קטן'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יחיד לרבים?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משימה - יסודי (לשון)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