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משימה - יסודי (לשון)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פועל ושם תואר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יחיד/רבים, זכר/נקבה וזמני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נרדפות והפכים וליישם כרטיס משימה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שם עצם, פועל ושם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התואר 'גדול' מתאר את השם עצם 'כלב'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צורת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תעודת זהות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דמות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תארו איך הדמות נראית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3 תכונות של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עם שם, תיאור חיצוני, 3 תכונות ומשאלה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מהסוגים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נרדפת: זעיר/קטנטן, הפוכה: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 - דבר אחד, רבים - יותר מאחד,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תרגיל לטקסט קצר שנלמד בכיתה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להוריד את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זיהוי שם עצם מול 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משימה - יסודי (לשון)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מושגי הלשון שמופיעים בחפיסת כרטיסי המשימה ליסודי: שם עצם, פועל, שם תואר, יחיד ורבים, זכר ונקבה, זמני הפועל, מילים נרדפות והפכים. אפשר להיעזר בכל טקסט קצר שקראתם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עליז  ·  הולך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שם עצם, פועל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מוסיף מידע על שם עצם, למשל: כלב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'ילדים' היא בצורת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'הלך' בזמן הווה הוא: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'שמח' היא: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כתיבת תעודת זהות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3 תכונות של הדמות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תארו איך הדמות נראית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שם הדמות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דמות מהטקסט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תעודת זהות לדמות מטקסט שקראתם לאחרונה: שם, איך היא נראית, 3 תכונות, ומה היא הכי רוצה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עצם, לפועל ולשם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ומילה הפוכה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משימה - יסודי (לשון)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